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 כפי שמופיעים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שישה צעדים לבדיקת מהימנות מידע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אפשריים לדיפ-פייק ולהבין את מגבלות הזיהוי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המבחין בין עובדה מאומתת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הבחירות בישראל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איש לא יודע למי הצביע 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הבחירות בישראל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בישראל כל המדינה היא מחוז בחירה אחד (ארציות) ולא בחירות אזוריות.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עקרון הכלליות - זכות הצבעה שווה לכלל האזרחים העומדים בתנאי הגיל.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הבחירות בישראל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הבחירות בישראל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(לכל אזרח בגיל המתאים יש זכות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 המדינה היא מחוז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(הבוחר מצביע ישירות לרשימה בלי גורם מתווך)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(לכל קול יש אותו משקל בדיוק)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עקרונות הבחירות ומבנה המערכת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מושב אחד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האחוז המינימלי של קולות שרשימה צריכה כדי להיכנס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עקרונות הבחירות ומבנה המערכת – תכונות ותהליכים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הבחירות בישראל ארציות – כל המדינה מהווה אזור בחירה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מתכונות הבחירות לפי חוק יסוד: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עקרונות הבחירות ומבנה המערכת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עקרונות הבחירות ומבנה המערכת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(לכל אזרח בגיל הזכאות יש זכות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(לכל קול יש אותו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(אף אחד לא יודע למי הצביע הבוחר)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המנדטים תואם לאחוז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בלשי האמת: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לדעת אם זו ידיעה ישנה שמשותפת כאילו היא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בלשי האמת: שישה צעדים לזיהוי פייק ניוז – היכרות עם הצעדים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רגש חזק הוא סימן לעצור ולבדוק, לא הוכחה שהידיעה שקרית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פייק ניוז הוא עובדה מזויפת, לא דעה שונה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בלשי האמת: שישה צעדים לזיהוי פייק ניוז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בלשי האמת: שישה צעדים לזיהוי פייק ניוז – יישום על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פרסם את הידיעה - יש שם או אתר ידוע?)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(האם זו ידיעה ישנה שמופצת מחדש כחדשה?)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(האם תוכן הכתבה תומך במה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(האם התמונה המצורפת באמת מהאירוע המדובר?)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סרטון, תמונה או הקלטה שנוצרו או שונו בבינה מלאכותית כך שנראה שמישהו אמר או עשה דבר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היום אפשר ליצור תמונה או סרטון מזויף שנראה אמיתי בכמה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מצמוץ מוזר או מבט קפוא שלא זז באופן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דיפ-פייק ותמונות מזויפות – התאמת סימנים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(תנועות הפה לא מתאימות בדיוק למילים)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(מצמוץ מוזר או מבט קפוא)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(אצבעות מיותרות או ידיים מעוותות)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(כיתוב מטושטש או אותיות לא הגיוניות)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דיפ-פייק ותמונות מזויפות – ניתוח ותגובה למקרה 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סרטון מזויף שבו מנהל בית ספר 'מכריז' על ביטול מבחנים; ניתן לחשוף לפי קול רובוטי או תנועות שפתיים לא תואמות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בונים ידיעה מזויפת (כדי לדעת לזהות אותה)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את הטכניקות כדי לדעת לזהות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לחץ זמן ודחיפות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בונים ידיעה מזויפת (כדי לדעת לזהות אותה)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ההנחיה מדגישה לבחור נושא תמים, לא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הפייקים צריכים להישאר בכיתה ומסומנים כתרגיל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בונים ידיעה מזויפת (כדי לדעת לזהות אותה)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אנונימי (מומצא)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איך בונים ידיעה מזויפת (כדי לדעת לזהות אותה) – חיבור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('אסון מתקרב לבית הספר!')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('גורם בכיר שלא רצה להזדהות אמר ש...')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('אלפי תלמידים נפגעו')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('תעבירו מהר לפני שימחקו!')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שיח מכבד סביב מידע ודעות – היכרות עם אמנת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האמנה קובעת: בלי כינויים, לעג או צעקות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האמנה מבחינה בין עובדה הדורשת מקור לבין דעה לגיטימית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שלוש מתוך: כלליות, ארציות, ישירות, שוות, חשאיות, יחסיות, ולתת הסבר קצר ומדויק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להתייחס לפחות לשניים-שלושה מהצעדים (מקור, תאריך, תוכן מול כותרת, תמונה, רגש, הצלבה) באופן מנומק ולא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לציין שהבדיקה החזקה ביותר היא מי פרסם ומה מדווחים מקורות אחרים, ולא רק סימנים חזותיים שמשתפרים עם הטכנולוגיה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שני שיעורים: שיעור ראשון לפרקים 1-2 (שיטת הבחירות), שיעור שני לפרקים 3-6 (זיהוי פייק ניוז)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על בניית ידיעה מזויפת חשוב להדגיש בכתב ובעל פה שהתרגיל נשאר בכיתה בלבד ואינו מיועד לשיתוף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הצעדים הנדרשים בתרגול ולהתמקד ב-3 צעדים מרכזיים (מקור, תאריך, 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פתוח על דילמות בין חופש ביטוי לבדיקת מהימנות, תוך שמירה על ניטרליות פוליטית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שני נושאים: עקרונות שיטת הבחירות בישראל, ושיטות לזיהוי מידע מזויף ברשת. בכל פרק יש הסברים קצרים ותרגילים – השלימו אותם לפי הסדר, ובדקו את עצמכם בשאלות הסיכום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קולות  ·  שוות  ·  יחסית  ·  אנונימי (מומצא)  ·  יחסיות  ·  עצור  ·  הקשר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שיטת הבחירות בישראל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חוק יסוד: הכנסת, הבחירות הן "כלליות, ארציות, ישירות..." מהן שלוש התכונות הנוספות?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"בחירות חשאיות"?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אחד מצהיר בקול רם למי הצביע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 לא יודע למי הצביע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התוצאות נשמרות בסוד לצמיתות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שיטת הבחירות בישראל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הבחירות בישראל הן בחירות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אזרח ואזרחית מעל גיל הבגרות החוקית רשאים להצביע בבחירות לכנסת.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שיטת הבחירות בישראל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בבחירות __________ כל קול שווה במשקלו לקול של כל אזרח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בשיטה ה__________, מספר המנדטים שמפלגה מקבלת תלוי באחוז הקולות שקיבלה מכלל הבוחרים.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שיטת הבחירות בישראל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הבוחר מצביע ישירות לרשימה בלי גורם מתווך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לכל אזרח בגיל המתאים יש זכות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לכל קול יש אותו משקל בדיוק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כל המדינה היא מחוז בחירה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עקרונות הבחירות ומבנה המערכת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'מנדט' בשיטת הבחירות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מושב אחד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קול בודד של בוחר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אחוז החסימה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האחוז המינימלי של קולות שרשימה צריכה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האחוז המקסימלי של קולות שמותר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המנדטים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עקרונות הבחירות ומבנה המערכת – תכונות ותהליכים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הבחירות הן אזוריות, כלומר כל אזור בוחר נציג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הבחירות לכנסת הן חשאיות – אף אחד לא יודע למי הצביע הבוחר.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עקרונות הבחירות ומבנה המערכת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חוק יסוד: הכנסת, הבחירות הן כלליות, ארציות, ישירות, שוות, חשאיות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ככל שרשימה מקבלת יותר __________, כך היא זוכה ביותר מנדטים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עקרונות הבחירות ומבנה המערכת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אף אחד לא יודע למי הצביע הבוחר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המנדטים תואם לאחוז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לכל קול יש אותו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לכל אזרח בגיל הזכאות יש זכות להצביע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בלשי האמת: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שבלש אמת בודק בכל 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הצבע של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לבדוק את תאריך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לדעת אם זו ידיעה ישנה שמשותפת כאילו היא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לדעת כמה מילים יש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לבדוק את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בלשי האמת: שישה צעדים לזיהוי פייק ניוז – היכרות עם הצעדים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הודעה שמעוררת פחד או כעס חזק היא תמיד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דעה שאנחנו לא מסכימים איתה נחשבת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בלשי האמת: שישה צעדים לזיהוי פייק ניוז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כלל הזהב של הבלש, הודעה שגורמת לרגש חזק כמו פחד זה הרגע ל__________ ולבדוק לפני שמאמינים או משתפים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בלשי האמת: שישה צעדים לזיהוי פייק ניוז – יישום על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האם התמונה המצורפת באמת מהאירוע המדובר?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האם תוכן הכתבה תומך במה שהכותרת מבטיחה?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האם זו ידיעה ישנה שמופצת מחדש כחדשה?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פרסם את הידיעה - יש שם או אתר ידוע?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ישנה שצולמה במצלמה 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סרטון, תמונה או הקלטה שנוצרו או שונו בבינה מלאכותית כך שנראה שמישהו אמר או עשה דבר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שפורסמה באתר חדשות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הטענה "ראיתי במו עיניי" כבר לא מספיקה כהוכחה?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מצלמות כבר לא קיימות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כל סרטון מצולם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היום אפשר ליצור תמונה או סרטון מזויף שנראה אמיתי בכמה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מהבאים הוא סימן אפשרי לדיפ-פייק באזור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מצמוץ מוזר או מבט קפוא שלא זז באופן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עיניים בצבע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עיניים פקוחות לאורך כל הסרטון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דיפ-פייק ותמונות מזויפות – התאמת סימנים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שפתיים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כיתוב מטושטש או אותיות לא הגיוניות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עיניים ומצמוץ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אצבעות מיותרות או ידיים מעוותות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ידיים ואצבעות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תנועות הפה לא מתאימות בדיוק למילים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טקסט ברקע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מצמוץ מוזר או מבט קפוא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דיפ-פייק ותמונות מזויפות – ניתוח ותגובה למקרה חשוד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בדויה לסרטון דיפ-פייק אפשרי בבית הספר, וציינו סימן אחד שיכול היה לחשוף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איך בונים ידיעה מזויפת (כדי לדעת לזהות אותה)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האמיתית של התרגיל 'בנו פייק וחשפו'?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להבין את הטכניקות כדי לדעת לזהות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להתחרות מי כותב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כותרת כמו 'תעבירו מהר לפני שימחקו!' מדגימה בעיקר איזו טכניקה?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לחץ זמן ודחיפות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ידיעה ישנה כחדשה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איך בונים ידיעה מזויפת (כדי לדעת לזהות אותה)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לבנות בתרגיל ידיעה מזויפת על תלמיד אמיתי מהכיתה.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לשתף את הפייק שנבנה בכיתה גם ברשתות החברתיות, כדי לבדוק מי מזהה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איך בונים ידיעה מזויפת (כדי לדעת לזהות אותה)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שימוש ב'גורם שלא רצה להזדהות' או סתם 'שמעתי ש...' נקרא טכניקת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כשמציגים תמונה שלא שייכת באמת לאירוע המדובר, מדובר בתמונה מחוץ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איך בונים ידיעה מזויפת (כדי לדעת לזהות אותה) – חיבור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'גורם בכיר שלא רצה להזדהות אמר ש...'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'אלפי תלמידים נפגעו'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'תעבירו מהר לפני שימחקו!'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לחץ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'אסון מתקרב לבית הספר!'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שיח מכבד סביב מידע ודעות – היכרות עם אמנת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אמנת השיח בכיתה, מותר להשתמש בכינויי גנאי כדי לחזק 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האמנה, עובדה צריכה להיות מגובה במקור, ואילו דעה יכולה להשתנות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שלוש מתוך תכונות הבחירות בישראל (למשל כלליות, ישירות, חשאיות)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כותרת מפוקפקת ופרטו אילו משישה הצעדים הייתם מפעילים כדי לבדוק אותה,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