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שיטת הבחירות בישראל כפי שמופיעים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שישה צעדים לבדיקת מהימנות מידע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אפשריים לדיפ-פייק ולהבין את מגבלות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המבחין בין עובדה מאומתת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הבחירות בישראל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 לא יודע למי הצביע 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הבחירות בישראל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בישראל כל המדינה היא מחוז בחירה אחד (ארציות) ולא בחירות אזוריות.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הכלליות - זכות הצבעה שווה לכלל האזרחים העומדים בתנאי הגיל.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קיים אחוז חסימה מינימלי שמפלגה חייבת לעבור כדי לקבל ייצוג בכנסת.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הבחירות בישראל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שיטת הבחירות בישראל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(לכל אזרח בגיל המתאים יש זכות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המדינה היא מחוז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(הבוחר מצביע ישירות לרשימה בלי גורם מתווך)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(לכל קול יש אותו משקל בדיוק)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(אף אחד לא יודע למי הצביע הבוחר)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(מספר המושבים נקבע לפי 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עקרונות הבחירות ומבנה המערכת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מושב אחד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האחוז המינימלי של קולות שרשימה צריכה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עקרונות הבחירות ומבנה המערכת – תכונות ותהליכים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הבחירות בישראל ארציות – כל המדינה מהווה אזור בחירה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מתכונות הבחירות לפי חוק יסוד: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4% גבוה מ-3.25%, ולכן הרשימה עוברת את הסף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עקרונות הבחירות ומבנה המערכת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עקרונות הבחירות ומבנה המערכת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(לכל אזרח בגיל הזכאות יש זכות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(לכל קול יש אותו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(אף אחד לא יודע למי הצביע הבוחר)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(מספר המנדטים תואם לאחוז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בלשי האמת: שישה צעדים לזיהוי פייק ניוז – היכרות עם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מקור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לדעת אם זו ידיעה ישנה שמשותפת כאילו היא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בלשי האמת: שישה צעדים לזיהוי פייק ניוז – היכרות עם הצעדים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רגש חזק הוא סימן לעצור ולבדוק, לא הוכחה שהידיעה שקרית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פייק ניוז הוא עובדה מזויפת, לא דעה שונה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בלשי האמת: שישה צעדים לזיהוי פייק ניוז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בלשי האמת: שישה צעדים לזיהוי פייק ניוז – יישום על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פרסם את הידיעה - יש שם או אתר ידוע?)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(האם זו ידיעה ישנה שמופצת מחדש כחדשה?)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(האם תוכן הכתבה תומך במה שהכותרת מבטיחה?)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(האם התמונה המצורפת באמת מהאירוע המדובר?)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(האם ההודעה מנסה להפחיד או לדחוף לשתף מהר?)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(האם מקורות אמינים נוספים מדווחים על אותו דבר?)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דיפ-פייק ותמונות מזויפות – הכרת המושג והסימנים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סרטון, תמונה או הקלטה שנוצרו או שונו בבינה מלאכותית כך שנראה שמישהו אמר או עשה דבר שלא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היום אפשר ליצור תמונה או סרטון מזויף שנראה אמיתי בכמה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מצמוץ מוזר או מבט קפוא שלא זז באופן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קול שטוח ורובוטי, לפעמים בלי נשימות או עם הטעמות משונות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דיפ-פייק ותמונות מזויפות – התאמת סימנים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(תנועות הפה לא מתאימות בדיוק למילים)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(מצמוץ מוזר או מבט קפוא)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(אצבעות מיותרות או ידיים מעוותות)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(כיתוב מטושטש או אותיות לא הגיוניות)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(הצל נופל בכיוון לא תואם לרקע)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דיפ-פייק ותמונות מזויפות – ניתוח ותגובה למקרה 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לשתף, לחפש את המקור המקורי באתרי חדשות מוכרים, לבצע חיפוש תמונה הפוך, ואם פוגע במישהו – לדווח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הטכנולוגיה משתפרת ומטשטשת את הסימנים החזותיים; הבדיקה החזקה ביותר היא לבדוק מי פרסם, איפה עוד דווח ומה הסיפור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חשבון חדש וחסר היסטוריה, בשילוב תוכן שמעורר רגש חזק, מרמזים שמישהו רוצה להפיץ מהר בלי שבודקים את האמינות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 סרטון מזויף שבו מנהל בית ספר 'מכריז' על ביטול מבחנים; ניתן לחשוף לפי קול רובוטי או תנועות שפתיים לא תואמות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איך בונים ידיעה מזויפת (כדי לדעת לזהות אותה)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את הטכניקות כדי לדעת לזהות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לחץ זמן ודחיפות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הקפיטריה של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איך בונים ידיעה מזויפת (כדי לדעת לזהות אותה) – זיהוי טכניקות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ההנחיה מדגישה לבחור נושא תמים, לא 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הפייקים צריכים להישאר בכיתה ומסומנים כתרגיל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בהוראות התרגיל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איך בונים ידיעה מזויפת (כדי לדעת לזהות אותה)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אנונימי (מומצא)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איך בונים ידיעה מזויפת (כדי לדעת לזהות אותה) – חיבור טכניקה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('אסון מתקרב לבית הספר!')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('גורם בכיר שלא רצה להזדהות אמר ש...')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('אלפי תלמידים נפגעו')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('תעבירו מהר לפני שימחקו!')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(תמונה משנה שעברה מוצגת כאילו קרתה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שיח מכבד סביב מידע ודעות – היכרות עם אמנת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האמנה קובעת: בלי כינויים, לעג או צעקות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האמנה מבחינה בין עובדה הדורשת מקור לבין דעה 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האמנה קובעת שמה שנאמר בכיתה נשאר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שלוש מתוך: כלליות, ארציות, ישירות, שוות, חשאיות, יחסיות, ולתת הסבר קצר ומדויק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להתייחס לפחות לשניים-שלושה מהצעדים (מקור, תאריך, תוכן מול כותרת, תמונה, רגש, הצלבה) באופן מנומק ולא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שהבדיקה החזקה ביותר היא מי פרסם ומה מדווחים מקורות אחרים, ולא רק סימנים חזותיים שמשתפרים עם הטכנולוגיה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שני שיעורים: שיעור ראשון לפרקים 1-2 (שיטת הבחירות), שיעור שני לפרקים 3-6 (זיהוי פייק ניוז)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על בניית ידיעה מזויפת חשוב להדגיש בכתב ובעל פה שהתרגיל נשאר בכיתה בלבד ואינו מיועד לשיתוף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הצעדים הנדרשים בתרגול ולהתמקד ב-3 צעדים מרכזיים (מקור, תאריך, רגש)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דיון פתוח על דילמות בין חופש ביטוי לבדיקת מהימנות, תוך שמירה על ניטרליות פוליטית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שני דברים: איך עובדות הבחירות בישראל, ואיך מזהים ידיעות מזויפות באינטרנט. יש הסבר קצר ואז תרגילים. עובדים לפי הסדר,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שקרי או מטעה שמוצג כאילו הוא חדשות אמיתיות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דיפ-פייק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סרטון, תמונה או הקלטה שנוצרו בעזרת בינה מלאכותית כדי להיראות אמיתיים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הגורם שפרסם את המידע – אתר, כתב או אדם מזוהה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הצלבת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מקורות אמינים נוספים מדווחים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חיפוש תמונה 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מהיכן תמונה הגיעה במקור ובאילו הקשרים נעשה בה 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שניתן לאמת במקור בדוק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אישית שמותר שתהיה שונה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כלליות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בגיל הזכאי רשאי להצביע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חשאיות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אינו יודע למי הצביע אדם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יחסיות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המושבים נקבע לפי אחוז הקולות שקיבל כל גוף מתמודד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הבחירות בישראל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 מילים משלימות את התיאור של הבחירות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פתוחות, מהירות ודיגיטליות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בבחירות חשאיות?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מצהיר בקול רם למי הצביע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לא יודע למי הצביע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התוצאות נשמרות בסוד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ועדת הבחירות יודעת את התוצאה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הבחירות בישראל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הבחירות בישראל הן בחירות אזוריות, כלומר כל אזור בוחר נציג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ואזרחית מעל גיל הבגרות החוקית רשאים להצביע בבחירות לכנסת.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הבחירות היחסית בישראל כוללת אחוז חסימה, ומפלגה שלא עוברת אותו לא מקבלת מנדטים.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הבחירות בישראל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בבחירות __________ כל קול שווה במשקלו לקול של כל אזרח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בשיטה ה__________, מספר המנדטים שמפלגה מקבלת תלוי באחוז הקולות שקיבלה מכלל הבוחרים.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שיטת הבחירות בישראל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הבוחר מצביע ישירות לרשימה בלי גורם מתווך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לכל קול יש אותו משקל בדיוק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לכל אזרח בגיל המתאים יש זכות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המדינה היא מחוז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אף אחד לא יודע למי הצביע הבוחר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עקרונות הבחירות ומבנה המערכת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'מנדט'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מושב אחד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בודד של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אחוז 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האחוז המינימלי של קולות שרשימה צריכה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 המקסימלי של קולות שמותר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המנדטים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המצביעים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מספר חברי הכנסת הכולל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עקרונות הבחירות ומבנה המערכת – תכונות ותהליכים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הבחירות הן אזוריות, כלומר כל אזור בוחר נציג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הבחירות לכנסת הן חשאיות – אף אחד לא יודע למי הצביע הבוחר.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רשימה קיבלה 4% מהקולות הכלליים, היא עומדת באחוז החסימה (3.25%) ולכן תזכה למנדטים.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עקרונות הבחירות ומבנה המערכת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חוק יסוד: הכנסת, הבחירות הן כלליות, ארציות, ישירות, שוות, חשאיות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ככל שרשימה מקבלת יותר __________, כך היא זוכה ביותר מנדטים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עקרונות הבחירות ומבנה המערכת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המנדטים תואם לאחוז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אף אחד לא יודע למי הצביע הבוחר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לכל אזרח בגיל הזכאות יש זכות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לכל קול יש אותו משקל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בלשי האמת: שישה צעדים לזיהוי פייק ניוז – היכרות עם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ראשון כדי לדעת אם ידיעה אמינה?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של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השעה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הבעיה בידיעה בלי תאריך עדכני?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אם זו ידיעה ישנה שמשותפת כאילו היא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כמה מילים יש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לדעת מי כתב את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בלשי האמת: שישה צעדים לזיהוי פייק ניוז – היכרות עם הצעדים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שמעוררת פחד או כעס חזק היא תמיד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שאנחנו לא מסכימים איתה נחשבת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בלשי האמת: שישה צעדים לזיהוי פייק ניוז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כלל הזהב של הבלש, הודעה שגורמת לרגש חזק כמו פחד זה הרגע ל__________ ולבדוק לפני שמאמינים או משתפים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בלשי האמת: שישה צעדים לזיהוי פייק ניוז – יישום על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ההודעה מנסה להפחיד או לדחוף לשתף מהר?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פרסם את הידיעה - יש שם או אתר ידוע?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התמונה המצורפת באמת מהאירוע המדובר?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האם מקורות אמינים נוספים מדווחים על אותו דבר?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רגש ובהלה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האם זו ידיעה ישנה שמופצת מחדש כחדשה?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האם תוכן הכתבה תומך במה שהכותרת מבטיחה?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דיפ-פייק ותמונות מזויפות – הכרת המושג והסימנים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דיפ-פייק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 שצולמה במצלמה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סרטון, תמונה או הקלטה שנוצרו או שונו בבינה מלאכותית כך שנראה שמישהו אמר או עשה דבר שלא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שפורסמה באתר חדשות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הקלטה אמיתית שצולמה במקרה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לא מספיק רק לראות סרטון כדי להאמין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מצלמות כבר לא קיימות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סרטון מצולם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היום אפשר ליצור תמונה או סרטון מזויף שנראה אמיתי בכמה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העין האנושית לא רואה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חשוד בעיניים בסרטון מזויף?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מצמוץ מוזר או מבט קפוא שלא זז באופן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עיניים בצבע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עיניים פקוחות לאורך כל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עיניים שמביטות למצלמה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לרוב נשמע הקול בסרטון מזויף?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רגיל עם נשימות טבעיות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שטוח ורובוטי, לפעמים בלי נשימות או עם הטעמות משונות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גבוה מאוד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שקט מדי לשמיעה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דיפ-פייק ותמונות מזויפות – התאמת סימנים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שפתיים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אצבעות מיותרות או ידיים מעוותות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עיניים ומצמוץ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תנועות הפה לא מתאימות בדיוק למילים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ידיים ואצבעות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כיתוב מטושטש או אותיות לא הגיוניות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ברקע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הצל נופל בכיוון לא תואם לרקע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 וצל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מצמוץ מוזר או מבט קפוא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דיפ-פייק ותמונות מזויפות – ניתוח ותגובה למקרה חשוד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שלושה צעדים שכדאי לבצע כשנתקלים בסרטון חשוד כדיפ-פייק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נכתב בעמוד שהסימנים החזותיים (עיניים, ידיים וכדומה) הולכים ונעלמים עם הזמן, ומהי הבדיקה החזקה ביותר במקום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"סרטון מקומם מחשבון חדש" נחשב תמרור אזהרה לדיפ-פייק אפשרי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דוגמה בדויה לסרטון דיפ-פייק אפשרי בבית הספר, וציינו סימן אחד שיכול היה לחשוף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איך בונים ידיעה מזויפת (כדי לדעת לזהות אותה)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עושים את התרגיל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להפיץ ידיעות מצחיקות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את הטכניקות כדי לדעת לזהות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מי כותב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כתיבה עיתונאית מקצועית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כותרת כמו 'תעבירו מהר לפני שימחקו!' מדגימה בעיקר איזו טכניקה?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מאירוע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זמן ודחיפות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ידיעה ישנה כחדשה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אתר מתחזה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מופיע ברשימת הנושאים התמימים לבניית הפייק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ארציות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הקפיטריה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מפלגה פוליטית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איך בונים ידיעה מזויפת (כדי לדעת לזהות אותה) – זיהוי טכניקות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לבנות בתרגיל ידיעה מזויפת על תלמיד אמיתי מהכיתה.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את הפייק שנבנה בכיתה גם ברשתות החברתיות, כדי לבדוק מי מזהה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מתבקשים לבחור 2–3 טכניקות הטעיה ליצירת הפוסט המזויף.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איך בונים ידיעה מזויפת (כדי לדעת לזהות אותה)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שימוש ב'גורם שלא רצה להזדהות' או סתם 'שמעתי ש...' נקרא טכניקת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כשמציגים תמונה שלא שייכת באמת לאירוע המדובר, מדובר בתמונה מחוץ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איך בונים ידיעה מזויפת (כדי לדעת לזהות אותה) – חיבור טכניקה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'אלפי תלמידים נפגעו'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אנונימי או מומצא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'תעבירו מהר לפני שימחקו!'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'גורם בכיר שלא רצה להזדהות אמר ש...'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לחץ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 משנה שעברה מוצגת כאילו קרתה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ידיעה ישנה כחדשה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'אסון מתקרב לבית הספר!'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שיח מכבד סביב מידע ודעות – היכרות עם אמנת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אמנת השיח בכיתה, מותר להשתמש בכינויי גנאי כדי לחזק 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האמנה, עובדה צריכה להיות מגובה במקור, ואילו דעה יכולה להשתנות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האמנה, מה שנאמר בתוך הכיתה אפשר לספר לכל מי שרוצים מחוץ לכיתה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שלוש מתוך תכונות הבחירות בישראל (למשל כלליות, ישירות, חשאיות)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כותרת מפוקפקת ופרטו אילו משישה הצעדים הייתם מפעילים כדי לבדוק אותה,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מתי בדיקה חזותית של דיפ-פייק אינה מספיקה, ומה עדיף לבדוק במקומה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לפני הבחירות: שיטת הבחירות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